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ECF8" w14:textId="77777777" w:rsidR="00016D41" w:rsidRDefault="00016D41" w:rsidP="00016D41">
      <w:pPr>
        <w:pStyle w:val="NoSpacing"/>
      </w:pPr>
    </w:p>
    <w:p w14:paraId="0C348870" w14:textId="2CB60476" w:rsidR="00016D41" w:rsidRPr="00016D41" w:rsidRDefault="00000000">
      <w:pPr>
        <w:jc w:val="center"/>
        <w:rPr>
          <w:sz w:val="28"/>
          <w:szCs w:val="28"/>
        </w:rPr>
      </w:pPr>
      <w:r w:rsidRPr="00016D41">
        <w:rPr>
          <w:b/>
          <w:sz w:val="28"/>
          <w:szCs w:val="28"/>
        </w:rPr>
        <w:t>TOWN OF BLACKSTONE, VIRGINIA</w:t>
      </w:r>
      <w:r w:rsidRPr="00016D41">
        <w:rPr>
          <w:b/>
          <w:sz w:val="28"/>
          <w:szCs w:val="28"/>
        </w:rPr>
        <w:br/>
        <w:t>APPLICATION FOR TOWN LICENSE</w:t>
      </w:r>
      <w:r w:rsidR="00016D41" w:rsidRPr="00016D41">
        <w:rPr>
          <w:b/>
          <w:sz w:val="28"/>
          <w:szCs w:val="28"/>
        </w:rPr>
        <w:t xml:space="preserve"> - DUE:  MARCH 1</w:t>
      </w:r>
      <w:r w:rsidR="00016D41" w:rsidRPr="00016D41">
        <w:rPr>
          <w:b/>
          <w:sz w:val="28"/>
          <w:szCs w:val="28"/>
          <w:vertAlign w:val="superscript"/>
        </w:rPr>
        <w:t>ST</w:t>
      </w:r>
    </w:p>
    <w:p w14:paraId="5036D567" w14:textId="2CCC1074" w:rsidR="00541737" w:rsidRDefault="00C572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AB2E1" wp14:editId="4FC9AD49">
                <wp:simplePos x="0" y="0"/>
                <wp:positionH relativeFrom="column">
                  <wp:posOffset>2148840</wp:posOffset>
                </wp:positionH>
                <wp:positionV relativeFrom="paragraph">
                  <wp:posOffset>301625</wp:posOffset>
                </wp:positionV>
                <wp:extent cx="1005840" cy="198120"/>
                <wp:effectExtent l="0" t="0" r="22860" b="11430"/>
                <wp:wrapNone/>
                <wp:docPr id="6011711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A6EBE" w14:textId="77777777" w:rsidR="00C5725B" w:rsidRDefault="00C57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AB2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9.2pt;margin-top:23.75pt;width:79.2pt;height:1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" fillcolor="white [3201]" strokeweight=".5pt">
                <v:textbox>
                  <w:txbxContent>
                    <w:p w14:paraId="5C2A6EBE" w14:textId="77777777" w:rsidR="00C5725B" w:rsidRDefault="00C5725B"/>
                  </w:txbxContent>
                </v:textbox>
              </v:shape>
            </w:pict>
          </mc:Fallback>
        </mc:AlternateContent>
      </w:r>
      <w:r>
        <w:t>Office of the Treasurer • 100 W. Elm Street • Blackstone, VA 23824</w:t>
      </w:r>
    </w:p>
    <w:p w14:paraId="62A5BFAF" w14:textId="106FD1B0" w:rsidR="00541737" w:rsidRDefault="00000000" w:rsidP="00C5725B">
      <w:pPr>
        <w:pBdr>
          <w:between w:val="single" w:sz="4" w:space="1" w:color="auto"/>
        </w:pBdr>
      </w:pPr>
      <w:r>
        <w:t xml:space="preserve">For the year ending December 31: </w:t>
      </w:r>
      <w:r w:rsidR="00C5725B">
        <w:t xml:space="preserve">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7"/>
        <w:gridCol w:w="5303"/>
      </w:tblGrid>
      <w:tr w:rsidR="00541737" w14:paraId="4C14B8E1" w14:textId="77777777" w:rsidTr="000012CA">
        <w:trPr>
          <w:jc w:val="center"/>
        </w:trPr>
        <w:tc>
          <w:tcPr>
            <w:tcW w:w="3327" w:type="dxa"/>
          </w:tcPr>
          <w:p w14:paraId="0BB792AA" w14:textId="77777777" w:rsidR="00541737" w:rsidRDefault="00000000">
            <w:r>
              <w:t>Applicant's Name:</w:t>
            </w:r>
          </w:p>
        </w:tc>
        <w:tc>
          <w:tcPr>
            <w:tcW w:w="5303" w:type="dxa"/>
          </w:tcPr>
          <w:p w14:paraId="20613761" w14:textId="77777777" w:rsidR="00541737" w:rsidRDefault="00541737"/>
          <w:p w14:paraId="1C82416D" w14:textId="77777777" w:rsidR="00FD55F2" w:rsidRDefault="00FD55F2"/>
        </w:tc>
      </w:tr>
      <w:tr w:rsidR="00541737" w14:paraId="75CEF4DD" w14:textId="77777777" w:rsidTr="000012CA">
        <w:trPr>
          <w:jc w:val="center"/>
        </w:trPr>
        <w:tc>
          <w:tcPr>
            <w:tcW w:w="3327" w:type="dxa"/>
          </w:tcPr>
          <w:p w14:paraId="5205781D" w14:textId="77777777" w:rsidR="00541737" w:rsidRDefault="00000000">
            <w:r>
              <w:t>Trading As (DBA):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3C459DBC" w14:textId="77777777" w:rsidR="00541737" w:rsidRDefault="00541737"/>
          <w:p w14:paraId="36DDCB59" w14:textId="77777777" w:rsidR="00FD55F2" w:rsidRDefault="00FD55F2"/>
        </w:tc>
      </w:tr>
      <w:tr w:rsidR="00541737" w14:paraId="7A03D69C" w14:textId="77777777" w:rsidTr="000012CA">
        <w:trPr>
          <w:trHeight w:val="395"/>
          <w:jc w:val="center"/>
        </w:trPr>
        <w:tc>
          <w:tcPr>
            <w:tcW w:w="3327" w:type="dxa"/>
          </w:tcPr>
          <w:p w14:paraId="1F94B2D4" w14:textId="77777777" w:rsidR="00541737" w:rsidRDefault="00000000">
            <w:r>
              <w:t>Business Address:</w:t>
            </w:r>
          </w:p>
        </w:tc>
        <w:tc>
          <w:tcPr>
            <w:tcW w:w="5303" w:type="dxa"/>
          </w:tcPr>
          <w:p w14:paraId="6BAAB529" w14:textId="4A3D34E3" w:rsidR="00FD55F2" w:rsidRDefault="00FD55F2"/>
          <w:p w14:paraId="269D4243" w14:textId="77777777" w:rsidR="00FD55F2" w:rsidRDefault="00FD55F2"/>
        </w:tc>
      </w:tr>
      <w:tr w:rsidR="00983CAA" w14:paraId="6E0C9783" w14:textId="77777777" w:rsidTr="000012CA">
        <w:trPr>
          <w:trHeight w:val="503"/>
          <w:jc w:val="center"/>
        </w:trPr>
        <w:tc>
          <w:tcPr>
            <w:tcW w:w="3327" w:type="dxa"/>
          </w:tcPr>
          <w:p w14:paraId="1F031872" w14:textId="79FBA6FF" w:rsidR="00983CAA" w:rsidRDefault="00983CAA">
            <w:r>
              <w:t>City, State, Zip</w:t>
            </w:r>
            <w:r w:rsidR="00674266">
              <w:t>:</w:t>
            </w:r>
          </w:p>
        </w:tc>
        <w:tc>
          <w:tcPr>
            <w:tcW w:w="5303" w:type="dxa"/>
          </w:tcPr>
          <w:p w14:paraId="54CD9651" w14:textId="77777777" w:rsidR="00983CAA" w:rsidRDefault="00983CAA"/>
        </w:tc>
      </w:tr>
      <w:tr w:rsidR="00541737" w14:paraId="38A5BDE4" w14:textId="77777777" w:rsidTr="000012CA">
        <w:trPr>
          <w:jc w:val="center"/>
        </w:trPr>
        <w:tc>
          <w:tcPr>
            <w:tcW w:w="3327" w:type="dxa"/>
          </w:tcPr>
          <w:p w14:paraId="004D0973" w14:textId="77777777" w:rsidR="00541737" w:rsidRDefault="00000000">
            <w:r>
              <w:t>Phone:</w:t>
            </w:r>
          </w:p>
        </w:tc>
        <w:tc>
          <w:tcPr>
            <w:tcW w:w="5303" w:type="dxa"/>
          </w:tcPr>
          <w:p w14:paraId="31626301" w14:textId="77777777" w:rsidR="00541737" w:rsidRDefault="00000000">
            <w:r>
              <w:t>Email:</w:t>
            </w:r>
          </w:p>
          <w:p w14:paraId="26702E1C" w14:textId="64C21B39" w:rsidR="00FD55F2" w:rsidRDefault="00FD55F2"/>
        </w:tc>
      </w:tr>
      <w:tr w:rsidR="000012CA" w14:paraId="14E02D64" w14:textId="77777777" w:rsidTr="000012CA">
        <w:trPr>
          <w:trHeight w:val="530"/>
          <w:jc w:val="center"/>
        </w:trPr>
        <w:tc>
          <w:tcPr>
            <w:tcW w:w="3327" w:type="dxa"/>
          </w:tcPr>
          <w:p w14:paraId="095377F6" w14:textId="303E3C27" w:rsidR="000012CA" w:rsidRDefault="000012CA">
            <w:r>
              <w:t>EIN / SSN</w:t>
            </w:r>
          </w:p>
        </w:tc>
        <w:tc>
          <w:tcPr>
            <w:tcW w:w="5303" w:type="dxa"/>
          </w:tcPr>
          <w:p w14:paraId="622DDF66" w14:textId="77777777" w:rsidR="000012CA" w:rsidRDefault="000012CA"/>
        </w:tc>
      </w:tr>
    </w:tbl>
    <w:p w14:paraId="3D1861B8" w14:textId="77777777" w:rsidR="00983CAA" w:rsidRPr="00A421C5" w:rsidRDefault="00983CAA">
      <w:pPr>
        <w:rPr>
          <w:b/>
          <w:bCs/>
        </w:rPr>
      </w:pPr>
    </w:p>
    <w:p w14:paraId="3D762D8C" w14:textId="0799A3F7" w:rsidR="00FD55F2" w:rsidRDefault="00000000" w:rsidP="00A421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A421C5">
        <w:rPr>
          <w:b/>
          <w:bCs/>
        </w:rPr>
        <w:t>Business Type</w:t>
      </w:r>
      <w:r>
        <w:t xml:space="preserve">:  </w:t>
      </w:r>
      <w:r w:rsidR="00A421C5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Individual    </w:t>
      </w:r>
      <w:r w:rsidR="00A421C5"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Partnership   </w:t>
      </w:r>
      <w:r w:rsidR="00A421C5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Corporation</w:t>
      </w:r>
      <w:r w:rsidR="00CA1727">
        <w:t xml:space="preserve">  </w:t>
      </w:r>
      <w:r>
        <w:t xml:space="preserve"> </w:t>
      </w:r>
      <w:r w:rsidR="00A421C5">
        <w:t xml:space="preserve">   </w:t>
      </w:r>
      <w:r w:rsidR="00FD55F2">
        <w:rPr>
          <w:rFonts w:ascii="Segoe UI Symbol" w:hAnsi="Segoe UI Symbol" w:cs="Segoe UI Symbol"/>
        </w:rPr>
        <w:t>☐</w:t>
      </w:r>
      <w:r w:rsidR="00FD55F2">
        <w:t xml:space="preserve"> LLC</w:t>
      </w:r>
      <w:r>
        <w:t xml:space="preserve"> </w:t>
      </w:r>
      <w:r w:rsidR="00CA1727">
        <w:t xml:space="preserve"> </w:t>
      </w:r>
      <w:r>
        <w:t xml:space="preserve"> </w:t>
      </w:r>
      <w:r w:rsidR="00A421C5">
        <w:t xml:space="preserve">       </w:t>
      </w:r>
      <w:r>
        <w:rPr>
          <w:rFonts w:ascii="Segoe UI Symbol" w:hAnsi="Segoe UI Symbol" w:cs="Segoe UI Symbol"/>
        </w:rPr>
        <w:t>☐</w:t>
      </w:r>
      <w:r>
        <w:t xml:space="preserve"> Other</w:t>
      </w:r>
    </w:p>
    <w:p w14:paraId="2BA58FB2" w14:textId="77777777" w:rsidR="009D5D0C" w:rsidRDefault="009D5D0C" w:rsidP="009D5D0C">
      <w:pPr>
        <w:pStyle w:val="NoSpacing"/>
      </w:pPr>
    </w:p>
    <w:p w14:paraId="4E0182DE" w14:textId="75AA91BA" w:rsidR="00983CAA" w:rsidRPr="009D5D0C" w:rsidRDefault="009D5D0C" w:rsidP="009D5D0C">
      <w:pPr>
        <w:jc w:val="center"/>
        <w:rPr>
          <w:b/>
          <w:bCs/>
        </w:rPr>
      </w:pPr>
      <w:r w:rsidRPr="009D5D0C">
        <w:rPr>
          <w:b/>
          <w:bCs/>
        </w:rPr>
        <w:t>PLEASE MAKE CHECKS PAYABLE TO:  TOWN OF BLACKSTONE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75"/>
        <w:gridCol w:w="1154"/>
        <w:gridCol w:w="2212"/>
        <w:gridCol w:w="2989"/>
      </w:tblGrid>
      <w:tr w:rsidR="00541737" w14:paraId="49D3A2BE" w14:textId="77777777" w:rsidTr="00306434">
        <w:trPr>
          <w:jc w:val="center"/>
        </w:trPr>
        <w:tc>
          <w:tcPr>
            <w:tcW w:w="2256" w:type="dxa"/>
          </w:tcPr>
          <w:p w14:paraId="2744C9C9" w14:textId="77777777" w:rsidR="00541737" w:rsidRDefault="00000000" w:rsidP="00FD55F2">
            <w:pPr>
              <w:jc w:val="center"/>
            </w:pPr>
            <w:r>
              <w:t>Description of Business</w:t>
            </w:r>
          </w:p>
        </w:tc>
        <w:tc>
          <w:tcPr>
            <w:tcW w:w="1156" w:type="dxa"/>
          </w:tcPr>
          <w:p w14:paraId="14FDECC7" w14:textId="77777777" w:rsidR="00541737" w:rsidRDefault="00000000" w:rsidP="00FD55F2">
            <w:pPr>
              <w:jc w:val="center"/>
            </w:pPr>
            <w:r>
              <w:t>Code</w:t>
            </w:r>
          </w:p>
        </w:tc>
        <w:tc>
          <w:tcPr>
            <w:tcW w:w="2218" w:type="dxa"/>
          </w:tcPr>
          <w:p w14:paraId="6C715014" w14:textId="77777777" w:rsidR="00541737" w:rsidRDefault="00000000" w:rsidP="00FD55F2">
            <w:pPr>
              <w:jc w:val="center"/>
            </w:pPr>
            <w:r>
              <w:t>Basis (Gross Receipts)</w:t>
            </w:r>
          </w:p>
        </w:tc>
        <w:tc>
          <w:tcPr>
            <w:tcW w:w="3000" w:type="dxa"/>
          </w:tcPr>
          <w:p w14:paraId="5219FB89" w14:textId="77777777" w:rsidR="00541737" w:rsidRDefault="00000000" w:rsidP="00FD55F2">
            <w:pPr>
              <w:jc w:val="center"/>
            </w:pPr>
            <w:r>
              <w:t>License Fee $</w:t>
            </w:r>
          </w:p>
        </w:tc>
      </w:tr>
      <w:tr w:rsidR="00541737" w14:paraId="6B1EA4C8" w14:textId="77777777" w:rsidTr="00306434">
        <w:trPr>
          <w:trHeight w:val="431"/>
          <w:jc w:val="center"/>
        </w:trPr>
        <w:tc>
          <w:tcPr>
            <w:tcW w:w="2256" w:type="dxa"/>
          </w:tcPr>
          <w:p w14:paraId="5717230C" w14:textId="77777777" w:rsidR="00541737" w:rsidRDefault="00000000">
            <w:r>
              <w:t>Retail Sales</w:t>
            </w:r>
          </w:p>
        </w:tc>
        <w:tc>
          <w:tcPr>
            <w:tcW w:w="1156" w:type="dxa"/>
          </w:tcPr>
          <w:p w14:paraId="2DA85CE6" w14:textId="1465EBB7" w:rsidR="00541737" w:rsidRDefault="00000000">
            <w:r>
              <w:t>BL</w:t>
            </w:r>
            <w:r w:rsidR="00CA1727">
              <w:t xml:space="preserve"> - $.11</w:t>
            </w:r>
          </w:p>
        </w:tc>
        <w:tc>
          <w:tcPr>
            <w:tcW w:w="2218" w:type="dxa"/>
          </w:tcPr>
          <w:p w14:paraId="2F00BFB8" w14:textId="10ECB416" w:rsidR="00541737" w:rsidRDefault="00CA1727">
            <w:r>
              <w:t>$</w:t>
            </w:r>
          </w:p>
        </w:tc>
        <w:tc>
          <w:tcPr>
            <w:tcW w:w="3000" w:type="dxa"/>
          </w:tcPr>
          <w:p w14:paraId="4AC7B95B" w14:textId="744E4947" w:rsidR="00541737" w:rsidRDefault="00674266">
            <w:r>
              <w:t>$</w:t>
            </w:r>
          </w:p>
        </w:tc>
      </w:tr>
      <w:tr w:rsidR="00541737" w14:paraId="6929E240" w14:textId="77777777" w:rsidTr="00306434">
        <w:trPr>
          <w:trHeight w:val="431"/>
          <w:jc w:val="center"/>
        </w:trPr>
        <w:tc>
          <w:tcPr>
            <w:tcW w:w="2256" w:type="dxa"/>
          </w:tcPr>
          <w:p w14:paraId="11A48CDD" w14:textId="6166C413" w:rsidR="00541737" w:rsidRDefault="00000000">
            <w:r>
              <w:t>Wholesale</w:t>
            </w:r>
            <w:r w:rsidR="00CA1727">
              <w:t>rs</w:t>
            </w:r>
          </w:p>
        </w:tc>
        <w:tc>
          <w:tcPr>
            <w:tcW w:w="1156" w:type="dxa"/>
          </w:tcPr>
          <w:p w14:paraId="70BCA5AA" w14:textId="7CDD71AD" w:rsidR="00541737" w:rsidRDefault="00000000">
            <w:r>
              <w:t>BL</w:t>
            </w:r>
            <w:r w:rsidR="00CA1727">
              <w:t xml:space="preserve"> - $.05</w:t>
            </w:r>
          </w:p>
        </w:tc>
        <w:tc>
          <w:tcPr>
            <w:tcW w:w="2218" w:type="dxa"/>
          </w:tcPr>
          <w:p w14:paraId="102C717B" w14:textId="63C56DBB" w:rsidR="00541737" w:rsidRDefault="00CA1727">
            <w:r>
              <w:t>$</w:t>
            </w:r>
          </w:p>
        </w:tc>
        <w:tc>
          <w:tcPr>
            <w:tcW w:w="3000" w:type="dxa"/>
          </w:tcPr>
          <w:p w14:paraId="140A45F1" w14:textId="7A5E2B8A" w:rsidR="00541737" w:rsidRDefault="00674266">
            <w:r>
              <w:t>$</w:t>
            </w:r>
          </w:p>
        </w:tc>
      </w:tr>
      <w:tr w:rsidR="00541737" w14:paraId="3C142234" w14:textId="77777777" w:rsidTr="00306434">
        <w:trPr>
          <w:trHeight w:val="449"/>
          <w:jc w:val="center"/>
        </w:trPr>
        <w:tc>
          <w:tcPr>
            <w:tcW w:w="2256" w:type="dxa"/>
          </w:tcPr>
          <w:p w14:paraId="06D997D5" w14:textId="1DF88782" w:rsidR="00541737" w:rsidRDefault="00000000">
            <w:r>
              <w:t>Contractor</w:t>
            </w:r>
            <w:r w:rsidR="00306434">
              <w:t>s</w:t>
            </w:r>
          </w:p>
        </w:tc>
        <w:tc>
          <w:tcPr>
            <w:tcW w:w="1156" w:type="dxa"/>
          </w:tcPr>
          <w:p w14:paraId="64A26D0A" w14:textId="44622648" w:rsidR="00541737" w:rsidRDefault="00000000">
            <w:r>
              <w:t>BL</w:t>
            </w:r>
            <w:r w:rsidR="00CA1727">
              <w:t xml:space="preserve"> - $.11</w:t>
            </w:r>
          </w:p>
        </w:tc>
        <w:tc>
          <w:tcPr>
            <w:tcW w:w="2218" w:type="dxa"/>
          </w:tcPr>
          <w:p w14:paraId="463E0E58" w14:textId="280F928D" w:rsidR="00541737" w:rsidRDefault="00CA1727">
            <w:r>
              <w:t>$</w:t>
            </w:r>
          </w:p>
        </w:tc>
        <w:tc>
          <w:tcPr>
            <w:tcW w:w="3000" w:type="dxa"/>
          </w:tcPr>
          <w:p w14:paraId="55B92D85" w14:textId="09B94BFD" w:rsidR="00541737" w:rsidRDefault="00674266">
            <w:r>
              <w:t>$</w:t>
            </w:r>
          </w:p>
        </w:tc>
      </w:tr>
      <w:tr w:rsidR="00541737" w14:paraId="5968F97C" w14:textId="77777777" w:rsidTr="00306434">
        <w:trPr>
          <w:jc w:val="center"/>
        </w:trPr>
        <w:tc>
          <w:tcPr>
            <w:tcW w:w="2256" w:type="dxa"/>
          </w:tcPr>
          <w:p w14:paraId="6B710B64" w14:textId="6E55D409" w:rsidR="00541737" w:rsidRDefault="00000000">
            <w:r>
              <w:t>Repairs / Personal  Business</w:t>
            </w:r>
            <w:r w:rsidR="00016D41">
              <w:t xml:space="preserve"> /</w:t>
            </w:r>
            <w:r>
              <w:t xml:space="preserve"> </w:t>
            </w:r>
            <w:r w:rsidR="00016D41">
              <w:t>Other</w:t>
            </w:r>
          </w:p>
        </w:tc>
        <w:tc>
          <w:tcPr>
            <w:tcW w:w="1156" w:type="dxa"/>
          </w:tcPr>
          <w:p w14:paraId="6ACEE7BF" w14:textId="305C0771" w:rsidR="00541737" w:rsidRDefault="00000000">
            <w:r>
              <w:t>BL</w:t>
            </w:r>
            <w:r w:rsidR="00CA1727">
              <w:t xml:space="preserve"> - $.20</w:t>
            </w:r>
          </w:p>
        </w:tc>
        <w:tc>
          <w:tcPr>
            <w:tcW w:w="2218" w:type="dxa"/>
          </w:tcPr>
          <w:p w14:paraId="1E9D844C" w14:textId="7875E91C" w:rsidR="00541737" w:rsidRDefault="00CA1727">
            <w:r>
              <w:t>$</w:t>
            </w:r>
          </w:p>
        </w:tc>
        <w:tc>
          <w:tcPr>
            <w:tcW w:w="3000" w:type="dxa"/>
          </w:tcPr>
          <w:p w14:paraId="1BE91F78" w14:textId="24A4F052" w:rsidR="00541737" w:rsidRDefault="00674266">
            <w:r>
              <w:t>$</w:t>
            </w:r>
          </w:p>
        </w:tc>
      </w:tr>
      <w:tr w:rsidR="00541737" w14:paraId="4F112768" w14:textId="77777777" w:rsidTr="00306434">
        <w:trPr>
          <w:jc w:val="center"/>
        </w:trPr>
        <w:tc>
          <w:tcPr>
            <w:tcW w:w="2256" w:type="dxa"/>
          </w:tcPr>
          <w:p w14:paraId="2B380169" w14:textId="7CE92F7D" w:rsidR="00541737" w:rsidRDefault="00000000">
            <w:r>
              <w:t>Financial</w:t>
            </w:r>
            <w:r w:rsidR="00306434">
              <w:t xml:space="preserve"> </w:t>
            </w:r>
            <w:r>
              <w:t>/</w:t>
            </w:r>
            <w:r w:rsidR="00306434">
              <w:t xml:space="preserve"> </w:t>
            </w:r>
            <w:r>
              <w:t>Real</w:t>
            </w:r>
            <w:r w:rsidR="00CA1727">
              <w:t xml:space="preserve"> Estate</w:t>
            </w:r>
            <w:r>
              <w:t>/ Professional</w:t>
            </w:r>
          </w:p>
        </w:tc>
        <w:tc>
          <w:tcPr>
            <w:tcW w:w="1156" w:type="dxa"/>
          </w:tcPr>
          <w:p w14:paraId="1E9ADA2F" w14:textId="5F5DD5DD" w:rsidR="00541737" w:rsidRDefault="00000000">
            <w:r>
              <w:t>BL</w:t>
            </w:r>
            <w:r w:rsidR="00CA1727">
              <w:t xml:space="preserve"> - $.20</w:t>
            </w:r>
          </w:p>
        </w:tc>
        <w:tc>
          <w:tcPr>
            <w:tcW w:w="2218" w:type="dxa"/>
          </w:tcPr>
          <w:p w14:paraId="35B10A07" w14:textId="5E7CD8B9" w:rsidR="00541737" w:rsidRDefault="00CA1727">
            <w:r>
              <w:t>$</w:t>
            </w:r>
          </w:p>
        </w:tc>
        <w:tc>
          <w:tcPr>
            <w:tcW w:w="3000" w:type="dxa"/>
          </w:tcPr>
          <w:p w14:paraId="63DA76EC" w14:textId="66A4313C" w:rsidR="00541737" w:rsidRDefault="00674266">
            <w:r>
              <w:t>$</w:t>
            </w:r>
          </w:p>
        </w:tc>
      </w:tr>
      <w:tr w:rsidR="00306434" w14:paraId="680115E6" w14:textId="77777777" w:rsidTr="00306434">
        <w:trPr>
          <w:jc w:val="center"/>
        </w:trPr>
        <w:tc>
          <w:tcPr>
            <w:tcW w:w="2256" w:type="dxa"/>
          </w:tcPr>
          <w:p w14:paraId="60219B4B" w14:textId="06E4B3CB" w:rsidR="00306434" w:rsidRDefault="00306434" w:rsidP="00306434">
            <w:r>
              <w:t>Telephone/Telegraph Companies</w:t>
            </w:r>
          </w:p>
        </w:tc>
        <w:tc>
          <w:tcPr>
            <w:tcW w:w="1156" w:type="dxa"/>
          </w:tcPr>
          <w:p w14:paraId="044F7646" w14:textId="0ED234B0" w:rsidR="00306434" w:rsidRDefault="00306434" w:rsidP="00306434">
            <w:r>
              <w:t xml:space="preserve">BL – ½ of 1% </w:t>
            </w:r>
          </w:p>
        </w:tc>
        <w:tc>
          <w:tcPr>
            <w:tcW w:w="2218" w:type="dxa"/>
          </w:tcPr>
          <w:p w14:paraId="77790FBA" w14:textId="76930D4A" w:rsidR="00306434" w:rsidRDefault="00306434" w:rsidP="00306434">
            <w:r>
              <w:t>$</w:t>
            </w:r>
          </w:p>
        </w:tc>
        <w:tc>
          <w:tcPr>
            <w:tcW w:w="3000" w:type="dxa"/>
          </w:tcPr>
          <w:p w14:paraId="7A5D4A87" w14:textId="4401B485" w:rsidR="00306434" w:rsidRDefault="00306434" w:rsidP="00306434">
            <w:r>
              <w:t>$</w:t>
            </w:r>
          </w:p>
        </w:tc>
      </w:tr>
      <w:tr w:rsidR="00306434" w14:paraId="272B8705" w14:textId="77777777" w:rsidTr="00306434">
        <w:trPr>
          <w:jc w:val="center"/>
        </w:trPr>
        <w:tc>
          <w:tcPr>
            <w:tcW w:w="2256" w:type="dxa"/>
          </w:tcPr>
          <w:p w14:paraId="0CB21850" w14:textId="4F940185" w:rsidR="00306434" w:rsidRDefault="00306434" w:rsidP="00306434">
            <w:r>
              <w:t>Peddler / Itinerant Merchant</w:t>
            </w:r>
          </w:p>
        </w:tc>
        <w:tc>
          <w:tcPr>
            <w:tcW w:w="1156" w:type="dxa"/>
          </w:tcPr>
          <w:p w14:paraId="275B5CED" w14:textId="723158E1" w:rsidR="00306434" w:rsidRDefault="00FF5100" w:rsidP="00306434">
            <w:r>
              <w:t xml:space="preserve">BL - </w:t>
            </w:r>
            <w:r w:rsidR="00306434">
              <w:t>$500 + $5,000 Surety Bond</w:t>
            </w:r>
          </w:p>
        </w:tc>
        <w:tc>
          <w:tcPr>
            <w:tcW w:w="2218" w:type="dxa"/>
          </w:tcPr>
          <w:p w14:paraId="7708BBD9" w14:textId="0271D928" w:rsidR="00306434" w:rsidRDefault="00306434" w:rsidP="00306434">
            <w:r>
              <w:t>$</w:t>
            </w:r>
          </w:p>
        </w:tc>
        <w:tc>
          <w:tcPr>
            <w:tcW w:w="3000" w:type="dxa"/>
          </w:tcPr>
          <w:p w14:paraId="251B662D" w14:textId="10773779" w:rsidR="00306434" w:rsidRDefault="00306434" w:rsidP="00306434">
            <w:r>
              <w:t>$</w:t>
            </w:r>
          </w:p>
        </w:tc>
      </w:tr>
      <w:tr w:rsidR="00306434" w14:paraId="7EAA2401" w14:textId="77777777" w:rsidTr="00306434">
        <w:trPr>
          <w:trHeight w:val="503"/>
          <w:jc w:val="center"/>
        </w:trPr>
        <w:tc>
          <w:tcPr>
            <w:tcW w:w="2256" w:type="dxa"/>
          </w:tcPr>
          <w:p w14:paraId="52870DAC" w14:textId="77777777" w:rsidR="00306434" w:rsidRDefault="00306434" w:rsidP="00306434"/>
        </w:tc>
        <w:tc>
          <w:tcPr>
            <w:tcW w:w="1156" w:type="dxa"/>
          </w:tcPr>
          <w:p w14:paraId="22244E29" w14:textId="4BC1CBEF" w:rsidR="00306434" w:rsidRDefault="00306434" w:rsidP="00306434"/>
        </w:tc>
        <w:tc>
          <w:tcPr>
            <w:tcW w:w="2218" w:type="dxa"/>
          </w:tcPr>
          <w:p w14:paraId="65D74A17" w14:textId="71BC7685" w:rsidR="00306434" w:rsidRDefault="00306434" w:rsidP="00306434">
            <w:r>
              <w:t>Penalty &amp; Interest</w:t>
            </w:r>
          </w:p>
        </w:tc>
        <w:tc>
          <w:tcPr>
            <w:tcW w:w="3000" w:type="dxa"/>
          </w:tcPr>
          <w:p w14:paraId="0F425456" w14:textId="4897D8AD" w:rsidR="00306434" w:rsidRDefault="00306434" w:rsidP="00306434">
            <w:r>
              <w:t>$</w:t>
            </w:r>
          </w:p>
        </w:tc>
      </w:tr>
      <w:tr w:rsidR="00306434" w14:paraId="6647AAE2" w14:textId="77777777" w:rsidTr="00306434">
        <w:trPr>
          <w:jc w:val="center"/>
        </w:trPr>
        <w:tc>
          <w:tcPr>
            <w:tcW w:w="2256" w:type="dxa"/>
          </w:tcPr>
          <w:p w14:paraId="7B839165" w14:textId="77777777" w:rsidR="00306434" w:rsidRDefault="00306434" w:rsidP="00306434"/>
          <w:p w14:paraId="217142A8" w14:textId="77777777" w:rsidR="00306434" w:rsidRDefault="00306434" w:rsidP="00306434"/>
        </w:tc>
        <w:tc>
          <w:tcPr>
            <w:tcW w:w="1156" w:type="dxa"/>
          </w:tcPr>
          <w:p w14:paraId="1116DE7B" w14:textId="77777777" w:rsidR="00306434" w:rsidRDefault="00306434" w:rsidP="00306434"/>
        </w:tc>
        <w:tc>
          <w:tcPr>
            <w:tcW w:w="2218" w:type="dxa"/>
          </w:tcPr>
          <w:p w14:paraId="3561D80C" w14:textId="740D6428" w:rsidR="00306434" w:rsidRDefault="00306434" w:rsidP="00306434">
            <w:r>
              <w:t>TOTAL</w:t>
            </w:r>
          </w:p>
        </w:tc>
        <w:tc>
          <w:tcPr>
            <w:tcW w:w="3000" w:type="dxa"/>
          </w:tcPr>
          <w:p w14:paraId="05AA0327" w14:textId="046035C6" w:rsidR="00306434" w:rsidRDefault="00306434" w:rsidP="00306434">
            <w:r>
              <w:t>$</w:t>
            </w:r>
          </w:p>
        </w:tc>
      </w:tr>
    </w:tbl>
    <w:p w14:paraId="4EB2AD4F" w14:textId="77777777" w:rsidR="00016D41" w:rsidRDefault="00016D41" w:rsidP="009D5D0C">
      <w:pPr>
        <w:pStyle w:val="NoSpacing"/>
      </w:pPr>
    </w:p>
    <w:p w14:paraId="55AAE445" w14:textId="65A3C75C" w:rsidR="00674266" w:rsidRDefault="00000000" w:rsidP="00016D41">
      <w:r w:rsidRPr="00016D41">
        <w:rPr>
          <w:b/>
          <w:bCs/>
          <w:sz w:val="18"/>
        </w:rPr>
        <w:t xml:space="preserve">Please Note: Application and Treasurer's receipt must be kept available for inspection. </w:t>
      </w:r>
      <w:r w:rsidR="00A20CA7">
        <w:rPr>
          <w:b/>
          <w:bCs/>
          <w:sz w:val="18"/>
        </w:rPr>
        <w:t xml:space="preserve">There is a $10 minimum license fee annually.  </w:t>
      </w:r>
      <w:r w:rsidRPr="00016D41">
        <w:rPr>
          <w:b/>
          <w:bCs/>
          <w:sz w:val="18"/>
        </w:rPr>
        <w:t>Penalty</w:t>
      </w:r>
      <w:r w:rsidR="00A20CA7">
        <w:rPr>
          <w:b/>
          <w:bCs/>
          <w:sz w:val="18"/>
        </w:rPr>
        <w:t xml:space="preserve"> (late fee)</w:t>
      </w:r>
      <w:r w:rsidRPr="00016D41">
        <w:rPr>
          <w:b/>
          <w:bCs/>
          <w:sz w:val="18"/>
        </w:rPr>
        <w:t xml:space="preserve"> is 10%. </w:t>
      </w:r>
      <w:r w:rsidR="00A20CA7">
        <w:rPr>
          <w:b/>
          <w:bCs/>
          <w:sz w:val="18"/>
        </w:rPr>
        <w:t xml:space="preserve"> </w:t>
      </w:r>
      <w:r w:rsidRPr="00016D41">
        <w:rPr>
          <w:b/>
          <w:bCs/>
          <w:sz w:val="18"/>
        </w:rPr>
        <w:t xml:space="preserve">Interest begins March 2 </w:t>
      </w:r>
      <w:r w:rsidR="00016D41" w:rsidRPr="00016D41">
        <w:rPr>
          <w:b/>
          <w:bCs/>
          <w:sz w:val="18"/>
        </w:rPr>
        <w:t xml:space="preserve">of each year </w:t>
      </w:r>
      <w:r w:rsidRPr="00016D41">
        <w:rPr>
          <w:b/>
          <w:bCs/>
          <w:sz w:val="18"/>
        </w:rPr>
        <w:t xml:space="preserve">on unpaid amounts at 10% per </w:t>
      </w:r>
      <w:r w:rsidR="002632C1">
        <w:rPr>
          <w:b/>
          <w:bCs/>
          <w:sz w:val="18"/>
        </w:rPr>
        <w:t>month</w:t>
      </w:r>
      <w:r w:rsidRPr="00016D41">
        <w:rPr>
          <w:b/>
          <w:bCs/>
          <w:sz w:val="18"/>
        </w:rPr>
        <w:t>.</w:t>
      </w:r>
      <w:r w:rsidR="00A20CA7">
        <w:rPr>
          <w:b/>
          <w:bCs/>
          <w:sz w:val="18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132"/>
      </w:tblGrid>
      <w:tr w:rsidR="00541737" w14:paraId="4CE99BF6" w14:textId="77777777" w:rsidTr="00983CAA">
        <w:tc>
          <w:tcPr>
            <w:tcW w:w="5508" w:type="dxa"/>
          </w:tcPr>
          <w:p w14:paraId="0EECA199" w14:textId="449677EC" w:rsidR="00541737" w:rsidRDefault="00000000">
            <w:r>
              <w:t>Signature of Applicant:</w:t>
            </w:r>
            <w:r w:rsidR="00983CAA">
              <w:t xml:space="preserve"> _____________________________________</w:t>
            </w:r>
          </w:p>
        </w:tc>
        <w:tc>
          <w:tcPr>
            <w:tcW w:w="3132" w:type="dxa"/>
          </w:tcPr>
          <w:p w14:paraId="27002DCB" w14:textId="259341ED" w:rsidR="00541737" w:rsidRDefault="00000000">
            <w:r>
              <w:t>Date:</w:t>
            </w:r>
            <w:r w:rsidR="00983CAA">
              <w:t xml:space="preserve">  ____________________________</w:t>
            </w:r>
          </w:p>
        </w:tc>
      </w:tr>
    </w:tbl>
    <w:p w14:paraId="2F9FAF3F" w14:textId="77777777" w:rsidR="000A3D78" w:rsidRDefault="000A3D78" w:rsidP="00306434"/>
    <w:sectPr w:rsidR="000A3D78" w:rsidSect="00306434">
      <w:headerReference w:type="default" r:id="rId8"/>
      <w:pgSz w:w="12240" w:h="15840"/>
      <w:pgMar w:top="288" w:right="1800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F9D1" w14:textId="77777777" w:rsidR="004124B2" w:rsidRDefault="004124B2" w:rsidP="00674266">
      <w:pPr>
        <w:spacing w:after="0" w:line="240" w:lineRule="auto"/>
      </w:pPr>
      <w:r>
        <w:separator/>
      </w:r>
    </w:p>
  </w:endnote>
  <w:endnote w:type="continuationSeparator" w:id="0">
    <w:p w14:paraId="52003AFB" w14:textId="77777777" w:rsidR="004124B2" w:rsidRDefault="004124B2" w:rsidP="0067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7971" w14:textId="77777777" w:rsidR="004124B2" w:rsidRDefault="004124B2" w:rsidP="00674266">
      <w:pPr>
        <w:spacing w:after="0" w:line="240" w:lineRule="auto"/>
      </w:pPr>
      <w:r>
        <w:separator/>
      </w:r>
    </w:p>
  </w:footnote>
  <w:footnote w:type="continuationSeparator" w:id="0">
    <w:p w14:paraId="7D15CCFB" w14:textId="77777777" w:rsidR="004124B2" w:rsidRDefault="004124B2" w:rsidP="0067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7DD7" w14:textId="2DD3E49A" w:rsidR="00A421C5" w:rsidRPr="00016D41" w:rsidRDefault="00061AE3">
    <w:pPr>
      <w:pStyle w:val="Header"/>
      <w:rPr>
        <w:sz w:val="28"/>
        <w:szCs w:val="28"/>
      </w:rPr>
    </w:pPr>
    <w:r>
      <w:t xml:space="preserve">                                                                                                                              </w:t>
    </w:r>
    <w:r w:rsidRPr="00016D41">
      <w:rPr>
        <w:sz w:val="28"/>
        <w:szCs w:val="28"/>
      </w:rPr>
      <w:t>LICENSE # _______</w:t>
    </w:r>
    <w:r w:rsidR="00016D41" w:rsidRPr="00016D41">
      <w:rPr>
        <w:sz w:val="28"/>
        <w:szCs w:val="28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4668639">
    <w:abstractNumId w:val="8"/>
  </w:num>
  <w:num w:numId="2" w16cid:durableId="1356535332">
    <w:abstractNumId w:val="6"/>
  </w:num>
  <w:num w:numId="3" w16cid:durableId="2065981552">
    <w:abstractNumId w:val="5"/>
  </w:num>
  <w:num w:numId="4" w16cid:durableId="816462049">
    <w:abstractNumId w:val="4"/>
  </w:num>
  <w:num w:numId="5" w16cid:durableId="1141577230">
    <w:abstractNumId w:val="7"/>
  </w:num>
  <w:num w:numId="6" w16cid:durableId="456527293">
    <w:abstractNumId w:val="3"/>
  </w:num>
  <w:num w:numId="7" w16cid:durableId="1107041938">
    <w:abstractNumId w:val="2"/>
  </w:num>
  <w:num w:numId="8" w16cid:durableId="1274479212">
    <w:abstractNumId w:val="1"/>
  </w:num>
  <w:num w:numId="9" w16cid:durableId="105704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2CA"/>
    <w:rsid w:val="00016D41"/>
    <w:rsid w:val="00031A0C"/>
    <w:rsid w:val="00034616"/>
    <w:rsid w:val="0006063C"/>
    <w:rsid w:val="00061AE3"/>
    <w:rsid w:val="000A3D78"/>
    <w:rsid w:val="0015074B"/>
    <w:rsid w:val="001913FB"/>
    <w:rsid w:val="002135CE"/>
    <w:rsid w:val="00243B66"/>
    <w:rsid w:val="002632C1"/>
    <w:rsid w:val="0029639D"/>
    <w:rsid w:val="00306434"/>
    <w:rsid w:val="00326F90"/>
    <w:rsid w:val="004124B2"/>
    <w:rsid w:val="00541737"/>
    <w:rsid w:val="00674266"/>
    <w:rsid w:val="006C4FA5"/>
    <w:rsid w:val="007D7467"/>
    <w:rsid w:val="008B3701"/>
    <w:rsid w:val="00983CAA"/>
    <w:rsid w:val="009D5D0C"/>
    <w:rsid w:val="00A20CA7"/>
    <w:rsid w:val="00A421C5"/>
    <w:rsid w:val="00A65BFF"/>
    <w:rsid w:val="00A9080A"/>
    <w:rsid w:val="00AA1D8D"/>
    <w:rsid w:val="00B47730"/>
    <w:rsid w:val="00C5725B"/>
    <w:rsid w:val="00C81C3D"/>
    <w:rsid w:val="00CA1727"/>
    <w:rsid w:val="00CB0664"/>
    <w:rsid w:val="00DD1D84"/>
    <w:rsid w:val="00FC693F"/>
    <w:rsid w:val="00FD55F2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38A5D6"/>
  <w14:defaultImageDpi w14:val="300"/>
  <w15:docId w15:val="{7A1E66E8-F0CB-4B39-9184-1BA685D0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daniel</cp:lastModifiedBy>
  <cp:revision>4</cp:revision>
  <cp:lastPrinted>2026-03-25T16:07:00Z</cp:lastPrinted>
  <dcterms:created xsi:type="dcterms:W3CDTF">2026-03-18T21:13:00Z</dcterms:created>
  <dcterms:modified xsi:type="dcterms:W3CDTF">2026-03-25T17:25:00Z</dcterms:modified>
  <cp:category/>
</cp:coreProperties>
</file>